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B58AF" w14:textId="31D3DB40" w:rsidR="002C0EFC" w:rsidRDefault="002C0EFC" w:rsidP="002C0EFC">
      <w:pPr>
        <w:shd w:val="clear" w:color="auto" w:fill="FFFFFF"/>
        <w:jc w:val="center"/>
        <w:rPr>
          <w:rFonts w:ascii="Cambria" w:hAnsi="Cambria" w:cs="Calibri"/>
          <w:color w:val="4472C4"/>
          <w:sz w:val="40"/>
          <w:szCs w:val="40"/>
          <w:bdr w:val="none" w:sz="0" w:space="0" w:color="auto" w:frame="1"/>
          <w:lang w:eastAsia="en-GB"/>
        </w:rPr>
      </w:pPr>
      <w:r w:rsidRPr="00DC2B06">
        <w:rPr>
          <w:rFonts w:ascii="Cambria" w:hAnsi="Cambria" w:cs="Calibri"/>
          <w:noProof/>
          <w:color w:val="4472C4"/>
          <w:sz w:val="40"/>
          <w:szCs w:val="40"/>
          <w:bdr w:val="none" w:sz="0" w:space="0" w:color="auto" w:frame="1"/>
          <w:lang w:eastAsia="en-GB"/>
        </w:rPr>
        <w:drawing>
          <wp:inline distT="0" distB="0" distL="0" distR="0" wp14:anchorId="1D45C5E4" wp14:editId="18C57B98">
            <wp:extent cx="3305175" cy="3305175"/>
            <wp:effectExtent l="0" t="0" r="9525" b="9525"/>
            <wp:docPr id="3" name="Picture 3" descr="new badge 2000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w badge 2000px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330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3610E3" w14:textId="77777777" w:rsidR="002C0EFC" w:rsidRDefault="002C0EFC" w:rsidP="002C0EFC">
      <w:pPr>
        <w:shd w:val="clear" w:color="auto" w:fill="FFFFFF"/>
        <w:jc w:val="center"/>
        <w:rPr>
          <w:rFonts w:ascii="Cambria" w:hAnsi="Cambria" w:cs="Calibri"/>
          <w:color w:val="4472C4"/>
          <w:sz w:val="40"/>
          <w:szCs w:val="40"/>
          <w:bdr w:val="none" w:sz="0" w:space="0" w:color="auto" w:frame="1"/>
          <w:lang w:eastAsia="en-GB"/>
        </w:rPr>
      </w:pPr>
    </w:p>
    <w:p w14:paraId="05329548" w14:textId="77777777" w:rsidR="002C0EFC" w:rsidRPr="00DC2B06" w:rsidRDefault="002C0EFC" w:rsidP="002C0EFC">
      <w:pPr>
        <w:shd w:val="clear" w:color="auto" w:fill="FFFFFF"/>
        <w:jc w:val="center"/>
        <w:rPr>
          <w:rFonts w:ascii="Calibri" w:hAnsi="Calibri" w:cs="Calibri"/>
          <w:color w:val="201F1E"/>
          <w:lang w:eastAsia="en-GB"/>
        </w:rPr>
      </w:pPr>
      <w:r w:rsidRPr="00DC2B06">
        <w:rPr>
          <w:rFonts w:ascii="Cambria" w:hAnsi="Cambria" w:cs="Calibri"/>
          <w:color w:val="4472C4"/>
          <w:sz w:val="40"/>
          <w:szCs w:val="40"/>
          <w:bdr w:val="none" w:sz="0" w:space="0" w:color="auto" w:frame="1"/>
          <w:lang w:eastAsia="en-GB"/>
        </w:rPr>
        <w:t>St Teresa’s Catholic Primary School</w:t>
      </w:r>
    </w:p>
    <w:p w14:paraId="0095A335" w14:textId="77777777" w:rsidR="002C0EFC" w:rsidRPr="00DC2B06" w:rsidRDefault="002C0EFC" w:rsidP="002C0EFC">
      <w:pPr>
        <w:shd w:val="clear" w:color="auto" w:fill="FFFFFF"/>
        <w:jc w:val="center"/>
        <w:rPr>
          <w:rFonts w:ascii="Cambria" w:hAnsi="Cambria" w:cs="Calibri"/>
          <w:i/>
          <w:iCs/>
          <w:color w:val="4472C4"/>
          <w:bdr w:val="none" w:sz="0" w:space="0" w:color="auto" w:frame="1"/>
          <w:lang w:eastAsia="en-GB"/>
        </w:rPr>
      </w:pPr>
      <w:r w:rsidRPr="00DC2B06">
        <w:rPr>
          <w:rFonts w:ascii="Cambria" w:hAnsi="Cambria" w:cs="Calibri"/>
          <w:i/>
          <w:iCs/>
          <w:color w:val="4472C4"/>
          <w:bdr w:val="none" w:sz="0" w:space="0" w:color="auto" w:frame="1"/>
          <w:lang w:eastAsia="en-GB"/>
        </w:rPr>
        <w:t>“With Jesus we live, love and learn”</w:t>
      </w:r>
    </w:p>
    <w:p w14:paraId="07A2D6A3" w14:textId="77777777" w:rsidR="002C0EFC" w:rsidRPr="006D08E7" w:rsidRDefault="002C0EFC" w:rsidP="002C0EFC">
      <w:pPr>
        <w:shd w:val="clear" w:color="auto" w:fill="FFFFFF"/>
        <w:jc w:val="center"/>
        <w:rPr>
          <w:rFonts w:ascii="Calibri" w:hAnsi="Calibri" w:cs="Calibri"/>
          <w:color w:val="201F1E"/>
          <w:lang w:eastAsia="en-GB"/>
        </w:rPr>
      </w:pPr>
    </w:p>
    <w:p w14:paraId="0D10EF67" w14:textId="4675BA77" w:rsidR="002C0EFC" w:rsidRPr="00DC2B06" w:rsidRDefault="002C0EFC" w:rsidP="002C0EFC">
      <w:pPr>
        <w:jc w:val="center"/>
        <w:rPr>
          <w:rFonts w:cs="Arial"/>
          <w:color w:val="000000"/>
          <w:sz w:val="72"/>
          <w:szCs w:val="80"/>
          <w:lang w:eastAsia="ja-JP"/>
        </w:rPr>
      </w:pPr>
      <w:r>
        <w:rPr>
          <w:rFonts w:cs="Arial"/>
          <w:color w:val="000000"/>
          <w:sz w:val="72"/>
          <w:szCs w:val="80"/>
          <w:lang w:eastAsia="ja-JP"/>
        </w:rPr>
        <w:t>Homework</w:t>
      </w:r>
      <w:r>
        <w:rPr>
          <w:rFonts w:cs="Arial"/>
          <w:color w:val="000000"/>
          <w:sz w:val="72"/>
          <w:szCs w:val="80"/>
          <w:lang w:eastAsia="ja-JP"/>
        </w:rPr>
        <w:t xml:space="preserve"> Policy</w:t>
      </w:r>
    </w:p>
    <w:p w14:paraId="5DBD0CA2" w14:textId="77777777" w:rsidR="002C0EFC" w:rsidRPr="00405619" w:rsidRDefault="002C0EFC" w:rsidP="002C0EFC"/>
    <w:tbl>
      <w:tblPr>
        <w:tblpPr w:leftFromText="180" w:rightFromText="180" w:vertAnchor="text" w:horzAnchor="margin" w:tblpY="55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1565"/>
      </w:tblGrid>
      <w:tr w:rsidR="002C0EFC" w14:paraId="5BAF96AD" w14:textId="77777777" w:rsidTr="00A31FE1"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</w:tcPr>
          <w:p w14:paraId="389A8C9D" w14:textId="77777777" w:rsidR="002C0EFC" w:rsidRPr="005527DC" w:rsidRDefault="002C0EFC" w:rsidP="00A31FE1">
            <w:pPr>
              <w:rPr>
                <w:lang w:eastAsia="ja-JP"/>
              </w:rPr>
            </w:pPr>
            <w:r w:rsidRPr="005527DC">
              <w:rPr>
                <w:lang w:eastAsia="ja-JP"/>
              </w:rPr>
              <w:t>Date policy last reviewed:</w:t>
            </w:r>
          </w:p>
        </w:tc>
        <w:tc>
          <w:tcPr>
            <w:tcW w:w="1565" w:type="dxa"/>
            <w:tcBorders>
              <w:top w:val="nil"/>
              <w:left w:val="nil"/>
              <w:right w:val="nil"/>
            </w:tcBorders>
          </w:tcPr>
          <w:p w14:paraId="1C113875" w14:textId="77777777" w:rsidR="002C0EFC" w:rsidRPr="005527DC" w:rsidRDefault="002C0EFC" w:rsidP="00A31FE1">
            <w:pPr>
              <w:rPr>
                <w:lang w:eastAsia="ja-JP"/>
              </w:rPr>
            </w:pPr>
            <w:r>
              <w:rPr>
                <w:lang w:eastAsia="ja-JP"/>
              </w:rPr>
              <w:t>2025</w:t>
            </w:r>
          </w:p>
        </w:tc>
      </w:tr>
    </w:tbl>
    <w:p w14:paraId="7A345132" w14:textId="77777777" w:rsidR="002C0EFC" w:rsidRPr="00DC2B06" w:rsidRDefault="002C0EFC" w:rsidP="002C0EFC">
      <w:pPr>
        <w:jc w:val="center"/>
        <w:rPr>
          <w:rFonts w:cs="Arial"/>
          <w:color w:val="2E74B5"/>
          <w:sz w:val="80"/>
          <w:szCs w:val="80"/>
          <w:lang w:eastAsia="ja-JP"/>
        </w:rPr>
      </w:pPr>
      <w:r w:rsidRPr="00000162">
        <w:rPr>
          <w:rFonts w:cs="Arial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B233FCC" wp14:editId="42535D2F">
                <wp:simplePos x="0" y="0"/>
                <wp:positionH relativeFrom="margin">
                  <wp:posOffset>2581275</wp:posOffset>
                </wp:positionH>
                <wp:positionV relativeFrom="paragraph">
                  <wp:posOffset>2538730</wp:posOffset>
                </wp:positionV>
                <wp:extent cx="3409950" cy="510540"/>
                <wp:effectExtent l="0" t="0" r="0" b="381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9950" cy="510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D92626" w14:textId="6381AED6" w:rsidR="002C0EFC" w:rsidRPr="003F31D0" w:rsidRDefault="002C0EFC" w:rsidP="002C0EFC">
                            <w:pPr>
                              <w:rPr>
                                <w:rFonts w:cs="Arial"/>
                                <w:szCs w:val="24"/>
                              </w:rPr>
                            </w:pPr>
                            <w:r w:rsidRPr="003F31D0">
                              <w:rPr>
                                <w:rFonts w:cs="Arial"/>
                                <w:szCs w:val="24"/>
                              </w:rPr>
                              <w:t xml:space="preserve">Last updated: </w:t>
                            </w:r>
                            <w:r>
                              <w:rPr>
                                <w:rFonts w:cs="Arial"/>
                                <w:szCs w:val="24"/>
                              </w:rPr>
                              <w:t>November 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233FC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3.25pt;margin-top:199.9pt;width:268.5pt;height:40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" stroked="f">
                <v:textbox>
                  <w:txbxContent>
                    <w:p w14:paraId="0CD92626" w14:textId="6381AED6" w:rsidR="002C0EFC" w:rsidRPr="003F31D0" w:rsidRDefault="002C0EFC" w:rsidP="002C0EFC">
                      <w:pPr>
                        <w:rPr>
                          <w:rFonts w:cs="Arial"/>
                          <w:szCs w:val="24"/>
                        </w:rPr>
                      </w:pPr>
                      <w:r w:rsidRPr="003F31D0">
                        <w:rPr>
                          <w:rFonts w:cs="Arial"/>
                          <w:szCs w:val="24"/>
                        </w:rPr>
                        <w:t xml:space="preserve">Last updated: </w:t>
                      </w:r>
                      <w:r>
                        <w:rPr>
                          <w:rFonts w:cs="Arial"/>
                          <w:szCs w:val="24"/>
                        </w:rPr>
                        <w:t>November 2025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pPr w:leftFromText="180" w:rightFromText="180" w:vertAnchor="text" w:horzAnchor="margin" w:tblpY="136"/>
        <w:tblOverlap w:val="never"/>
        <w:tblW w:w="0" w:type="auto"/>
        <w:tblLook w:val="04A0" w:firstRow="1" w:lastRow="0" w:firstColumn="1" w:lastColumn="0" w:noHBand="0" w:noVBand="1"/>
      </w:tblPr>
      <w:tblGrid>
        <w:gridCol w:w="2658"/>
        <w:gridCol w:w="2105"/>
        <w:gridCol w:w="838"/>
        <w:gridCol w:w="3039"/>
      </w:tblGrid>
      <w:tr w:rsidR="002C0EFC" w14:paraId="7ED37EE0" w14:textId="77777777" w:rsidTr="00A31FE1">
        <w:trPr>
          <w:trHeight w:val="389"/>
        </w:trPr>
        <w:tc>
          <w:tcPr>
            <w:tcW w:w="9026" w:type="dxa"/>
            <w:gridSpan w:val="4"/>
            <w:vAlign w:val="center"/>
          </w:tcPr>
          <w:p w14:paraId="441BF003" w14:textId="77777777" w:rsidR="002C0EFC" w:rsidRDefault="002C0EFC" w:rsidP="00A31FE1">
            <w:r>
              <w:t>Signed by:</w:t>
            </w:r>
          </w:p>
        </w:tc>
      </w:tr>
      <w:tr w:rsidR="002C0EFC" w14:paraId="490C30FC" w14:textId="77777777" w:rsidTr="00A31FE1">
        <w:trPr>
          <w:trHeight w:val="624"/>
        </w:trPr>
        <w:tc>
          <w:tcPr>
            <w:tcW w:w="2813" w:type="dxa"/>
            <w:tcBorders>
              <w:bottom w:val="single" w:sz="2" w:space="0" w:color="auto"/>
            </w:tcBorders>
          </w:tcPr>
          <w:p w14:paraId="12B744C6" w14:textId="77777777" w:rsidR="002C0EFC" w:rsidRPr="007271AF" w:rsidRDefault="002C0EFC" w:rsidP="00A31FE1"/>
        </w:tc>
        <w:tc>
          <w:tcPr>
            <w:tcW w:w="2149" w:type="dxa"/>
            <w:vAlign w:val="bottom"/>
          </w:tcPr>
          <w:p w14:paraId="1BD61AE7" w14:textId="77777777" w:rsidR="002C0EFC" w:rsidRPr="0064371A" w:rsidRDefault="002C0EFC" w:rsidP="00A31FE1">
            <w:r w:rsidRPr="0064371A">
              <w:t>Headteacher</w:t>
            </w:r>
          </w:p>
        </w:tc>
        <w:tc>
          <w:tcPr>
            <w:tcW w:w="846" w:type="dxa"/>
            <w:vAlign w:val="bottom"/>
          </w:tcPr>
          <w:p w14:paraId="7FD2C184" w14:textId="77777777" w:rsidR="002C0EFC" w:rsidRDefault="002C0EFC" w:rsidP="00A31FE1">
            <w:pPr>
              <w:jc w:val="right"/>
            </w:pPr>
            <w:r w:rsidRPr="007271AF">
              <w:t>Date:</w:t>
            </w:r>
          </w:p>
        </w:tc>
        <w:tc>
          <w:tcPr>
            <w:tcW w:w="3218" w:type="dxa"/>
            <w:tcBorders>
              <w:bottom w:val="single" w:sz="2" w:space="0" w:color="auto"/>
            </w:tcBorders>
          </w:tcPr>
          <w:p w14:paraId="5356EE98" w14:textId="77777777" w:rsidR="002C0EFC" w:rsidRDefault="002C0EFC" w:rsidP="00A31FE1"/>
        </w:tc>
      </w:tr>
      <w:tr w:rsidR="002C0EFC" w14:paraId="222B296A" w14:textId="77777777" w:rsidTr="00A31FE1">
        <w:trPr>
          <w:trHeight w:val="624"/>
        </w:trPr>
        <w:tc>
          <w:tcPr>
            <w:tcW w:w="2813" w:type="dxa"/>
            <w:tcBorders>
              <w:top w:val="single" w:sz="2" w:space="0" w:color="auto"/>
              <w:bottom w:val="single" w:sz="4" w:space="0" w:color="auto"/>
            </w:tcBorders>
          </w:tcPr>
          <w:p w14:paraId="73BFFF5F" w14:textId="77777777" w:rsidR="002C0EFC" w:rsidRPr="007271AF" w:rsidRDefault="002C0EFC" w:rsidP="00A31FE1"/>
        </w:tc>
        <w:tc>
          <w:tcPr>
            <w:tcW w:w="2149" w:type="dxa"/>
            <w:vAlign w:val="bottom"/>
          </w:tcPr>
          <w:p w14:paraId="27B4D8D3" w14:textId="77777777" w:rsidR="002C0EFC" w:rsidRPr="005527DC" w:rsidRDefault="002C0EFC" w:rsidP="00A31FE1">
            <w:pPr>
              <w:rPr>
                <w:highlight w:val="lightGray"/>
              </w:rPr>
            </w:pPr>
            <w:r w:rsidRPr="0064371A">
              <w:t>Chair of governors</w:t>
            </w:r>
          </w:p>
        </w:tc>
        <w:tc>
          <w:tcPr>
            <w:tcW w:w="846" w:type="dxa"/>
            <w:vAlign w:val="bottom"/>
          </w:tcPr>
          <w:p w14:paraId="5FEECD20" w14:textId="77777777" w:rsidR="002C0EFC" w:rsidRDefault="002C0EFC" w:rsidP="00A31FE1">
            <w:pPr>
              <w:jc w:val="right"/>
            </w:pPr>
            <w:r w:rsidRPr="007271AF">
              <w:t>Date:</w:t>
            </w:r>
          </w:p>
        </w:tc>
        <w:tc>
          <w:tcPr>
            <w:tcW w:w="3218" w:type="dxa"/>
            <w:tcBorders>
              <w:top w:val="single" w:sz="2" w:space="0" w:color="auto"/>
              <w:bottom w:val="single" w:sz="4" w:space="0" w:color="auto"/>
            </w:tcBorders>
          </w:tcPr>
          <w:p w14:paraId="6740207C" w14:textId="77777777" w:rsidR="002C0EFC" w:rsidRDefault="002C0EFC" w:rsidP="00A31FE1"/>
        </w:tc>
      </w:tr>
    </w:tbl>
    <w:p w14:paraId="3F0FB44E" w14:textId="644CE69C" w:rsidR="002C0EFC" w:rsidRPr="002C0EFC" w:rsidRDefault="00AE1654" w:rsidP="002C0EFC">
      <w:pPr>
        <w:jc w:val="center"/>
        <w:rPr>
          <w:sz w:val="44"/>
          <w:szCs w:val="44"/>
        </w:rPr>
      </w:pPr>
      <w:r w:rsidRPr="002C0EFC">
        <w:rPr>
          <w:i/>
          <w:iCs/>
          <w:sz w:val="44"/>
          <w:szCs w:val="44"/>
        </w:rPr>
        <w:lastRenderedPageBreak/>
        <w:t>“Parents … are the first and principal educators of their children.”</w:t>
      </w:r>
    </w:p>
    <w:p w14:paraId="67633F62" w14:textId="604E834B" w:rsidR="009806B4" w:rsidRDefault="002C0EFC">
      <w:r>
        <w:t>-</w:t>
      </w:r>
      <w:r w:rsidR="00AE1654">
        <w:t xml:space="preserve"> Gravissimum Educationis 3</w:t>
      </w:r>
      <w:r>
        <w:t xml:space="preserve"> (Second Vatican Council)</w:t>
      </w:r>
    </w:p>
    <w:p w14:paraId="65839367" w14:textId="77777777" w:rsidR="009806B4" w:rsidRPr="002C0EFC" w:rsidRDefault="009806B4" w:rsidP="002C0EFC">
      <w:pPr>
        <w:jc w:val="center"/>
        <w:rPr>
          <w:b/>
          <w:bCs/>
        </w:rPr>
      </w:pPr>
    </w:p>
    <w:p w14:paraId="03BAB97A" w14:textId="77777777" w:rsidR="009806B4" w:rsidRPr="002C0EFC" w:rsidRDefault="00AE1654" w:rsidP="002C0EFC">
      <w:pPr>
        <w:jc w:val="center"/>
        <w:rPr>
          <w:b/>
          <w:bCs/>
        </w:rPr>
      </w:pPr>
      <w:r w:rsidRPr="002C0EFC">
        <w:rPr>
          <w:b/>
          <w:bCs/>
        </w:rPr>
        <w:t>HOMEWORK POLICY</w:t>
      </w:r>
    </w:p>
    <w:p w14:paraId="5E9C8B3F" w14:textId="77777777" w:rsidR="009806B4" w:rsidRDefault="009806B4"/>
    <w:p w14:paraId="3696C5D5" w14:textId="77777777" w:rsidR="009806B4" w:rsidRPr="002C0EFC" w:rsidRDefault="00AE1654">
      <w:pPr>
        <w:rPr>
          <w:b/>
          <w:bCs/>
        </w:rPr>
      </w:pPr>
      <w:r w:rsidRPr="002C0EFC">
        <w:rPr>
          <w:b/>
          <w:bCs/>
        </w:rPr>
        <w:t>1. Purpose and Vision</w:t>
      </w:r>
    </w:p>
    <w:p w14:paraId="51303CF7" w14:textId="7DE8CF12" w:rsidR="009806B4" w:rsidRDefault="00AE1654">
      <w:r>
        <w:t xml:space="preserve">At our school—rooted in the Catholic tradition—we believe that education is a partnership between home, school and parish. As a </w:t>
      </w:r>
      <w:r>
        <w:t>Catholic primary school, we recognise that parents and carers are the primary spiritual educators of their children. The school’s role is to support, enrich and extend that home‑based formation.</w:t>
      </w:r>
    </w:p>
    <w:p w14:paraId="429FBF99" w14:textId="77777777" w:rsidR="009806B4" w:rsidRDefault="009806B4"/>
    <w:p w14:paraId="058631B1" w14:textId="77777777" w:rsidR="009806B4" w:rsidRDefault="00AE1654">
      <w:r>
        <w:t>Homework plays a valuable role when it:</w:t>
      </w:r>
    </w:p>
    <w:p w14:paraId="082D165E" w14:textId="77777777" w:rsidR="009806B4" w:rsidRDefault="00AE1654">
      <w:r>
        <w:t>- reinforces and consolidates learning undertaken in class;</w:t>
      </w:r>
    </w:p>
    <w:p w14:paraId="44BFB711" w14:textId="77777777" w:rsidR="009806B4" w:rsidRDefault="00AE1654">
      <w:r>
        <w:t>- encourages independence and responsibility;</w:t>
      </w:r>
    </w:p>
    <w:p w14:paraId="09DED362" w14:textId="77777777" w:rsidR="009806B4" w:rsidRDefault="00AE1654">
      <w:r>
        <w:t>- strengthens the partnership between school, home and faith.</w:t>
      </w:r>
    </w:p>
    <w:p w14:paraId="445FFFAA" w14:textId="77777777" w:rsidR="009806B4" w:rsidRDefault="009806B4"/>
    <w:p w14:paraId="31DFE4EA" w14:textId="77777777" w:rsidR="009806B4" w:rsidRDefault="00AE1654">
      <w:r>
        <w:t>As a Catholic school we also wish for homework to:</w:t>
      </w:r>
    </w:p>
    <w:p w14:paraId="755DBBC6" w14:textId="77777777" w:rsidR="009806B4" w:rsidRDefault="00AE1654">
      <w:r>
        <w:t>- support spiritual growth and family prayer life;</w:t>
      </w:r>
    </w:p>
    <w:p w14:paraId="27F981CF" w14:textId="77777777" w:rsidR="009806B4" w:rsidRDefault="00AE1654">
      <w:r>
        <w:t>- engage children in meaningful family‑based faith moments.</w:t>
      </w:r>
    </w:p>
    <w:p w14:paraId="29F5A4D0" w14:textId="77777777" w:rsidR="009806B4" w:rsidRDefault="009806B4"/>
    <w:p w14:paraId="4FC08565" w14:textId="47EE253C" w:rsidR="009806B4" w:rsidRPr="002C0EFC" w:rsidRDefault="00AE1654">
      <w:pPr>
        <w:rPr>
          <w:b/>
          <w:bCs/>
        </w:rPr>
      </w:pPr>
      <w:r w:rsidRPr="002C0EFC">
        <w:rPr>
          <w:b/>
          <w:bCs/>
        </w:rPr>
        <w:t xml:space="preserve">2. Homework </w:t>
      </w:r>
      <w:r w:rsidR="002C0EFC" w:rsidRPr="002C0EFC">
        <w:rPr>
          <w:b/>
          <w:bCs/>
        </w:rPr>
        <w:t>Expectations</w:t>
      </w:r>
    </w:p>
    <w:p w14:paraId="170DDE18" w14:textId="2D2B0E24" w:rsidR="002C0EFC" w:rsidRDefault="002C0EFC">
      <w:r>
        <w:t>Teachers will set the following homework for their students</w:t>
      </w:r>
    </w:p>
    <w:p w14:paraId="18B698F1" w14:textId="75E5182F" w:rsidR="009806B4" w:rsidRDefault="00AE1654">
      <w:r>
        <w:t xml:space="preserve">- Reading every </w:t>
      </w:r>
      <w:r w:rsidR="002C0EFC">
        <w:t>weekday evening</w:t>
      </w:r>
      <w:r>
        <w:t>.</w:t>
      </w:r>
    </w:p>
    <w:p w14:paraId="30160C79" w14:textId="05997821" w:rsidR="009806B4" w:rsidRDefault="00AE1654">
      <w:r>
        <w:t xml:space="preserve">- Spelling/phonics </w:t>
      </w:r>
      <w:r w:rsidR="002C0EFC">
        <w:t xml:space="preserve">weekday daily </w:t>
      </w:r>
      <w:r>
        <w:t>practice.</w:t>
      </w:r>
    </w:p>
    <w:p w14:paraId="58E95D44" w14:textId="33D1BE5D" w:rsidR="009806B4" w:rsidRDefault="00AE1654">
      <w:r>
        <w:t xml:space="preserve">- Maths consolidation </w:t>
      </w:r>
      <w:r w:rsidR="002C0EFC">
        <w:t xml:space="preserve">weekday daily practice </w:t>
      </w:r>
    </w:p>
    <w:p w14:paraId="3D3A3163" w14:textId="4F8EBACA" w:rsidR="009806B4" w:rsidRDefault="00AE1654">
      <w:r>
        <w:lastRenderedPageBreak/>
        <w:t xml:space="preserve">- </w:t>
      </w:r>
      <w:r w:rsidR="002C0EFC">
        <w:t xml:space="preserve">Weekly </w:t>
      </w:r>
      <w:r>
        <w:t>English task reinforcing classroom skills.</w:t>
      </w:r>
    </w:p>
    <w:p w14:paraId="7C857A2E" w14:textId="7AC05D32" w:rsidR="009806B4" w:rsidRDefault="00AE1654">
      <w:r>
        <w:t xml:space="preserve">- </w:t>
      </w:r>
      <w:r w:rsidR="002C0EFC">
        <w:t xml:space="preserve">Weekly </w:t>
      </w:r>
      <w:r>
        <w:t>RE homework invitation</w:t>
      </w:r>
      <w:r w:rsidR="002C0EFC">
        <w:t>al activity</w:t>
      </w:r>
      <w:r>
        <w:t xml:space="preserve"> to support family‑faith moments</w:t>
      </w:r>
      <w:r w:rsidR="002C0EFC">
        <w:t xml:space="preserve"> as well as the child’s ongoing spiritual formation</w:t>
      </w:r>
      <w:r>
        <w:t>.</w:t>
      </w:r>
    </w:p>
    <w:p w14:paraId="558F0CDA" w14:textId="77777777" w:rsidR="009806B4" w:rsidRDefault="009806B4"/>
    <w:p w14:paraId="6BECF231" w14:textId="77777777" w:rsidR="009806B4" w:rsidRDefault="00AE1654">
      <w:r>
        <w:t>Additional tasks:</w:t>
      </w:r>
    </w:p>
    <w:p w14:paraId="7C142A53" w14:textId="77777777" w:rsidR="009806B4" w:rsidRDefault="00AE1654">
      <w:r>
        <w:t>- Occasionally set tasks linked to learning or special projects.</w:t>
      </w:r>
    </w:p>
    <w:p w14:paraId="2CA89AFB" w14:textId="77777777" w:rsidR="009806B4" w:rsidRDefault="009806B4"/>
    <w:p w14:paraId="5B4E4727" w14:textId="77777777" w:rsidR="009806B4" w:rsidRDefault="00AE1654">
      <w:pPr>
        <w:rPr>
          <w:b/>
          <w:bCs/>
        </w:rPr>
      </w:pPr>
      <w:r w:rsidRPr="002C0EFC">
        <w:rPr>
          <w:b/>
          <w:bCs/>
        </w:rPr>
        <w:t>3. Why We Set Homework</w:t>
      </w:r>
    </w:p>
    <w:p w14:paraId="2E7DFEEE" w14:textId="08C0E1F0" w:rsidR="002C0EFC" w:rsidRPr="002C0EFC" w:rsidRDefault="002C0EFC">
      <w:r w:rsidRPr="002C0EFC">
        <w:t>We believe that homework…</w:t>
      </w:r>
    </w:p>
    <w:p w14:paraId="650C974E" w14:textId="77777777" w:rsidR="009806B4" w:rsidRDefault="00AE1654">
      <w:r>
        <w:t>- Supports progress through consolidation.</w:t>
      </w:r>
    </w:p>
    <w:p w14:paraId="2F157A02" w14:textId="77777777" w:rsidR="009806B4" w:rsidRDefault="00AE1654">
      <w:r>
        <w:t>- Develops independence and self‑discipline.</w:t>
      </w:r>
    </w:p>
    <w:p w14:paraId="65F65D11" w14:textId="43C4E08D" w:rsidR="009806B4" w:rsidRDefault="00AE1654">
      <w:r>
        <w:t>- Fosters home‑school</w:t>
      </w:r>
      <w:r>
        <w:t xml:space="preserve"> partnership.</w:t>
      </w:r>
    </w:p>
    <w:p w14:paraId="375D33D0" w14:textId="77777777" w:rsidR="009806B4" w:rsidRDefault="00AE1654">
      <w:r>
        <w:t>- Helps fulfil national expectations for school learning.</w:t>
      </w:r>
    </w:p>
    <w:p w14:paraId="0D9975DA" w14:textId="77777777" w:rsidR="009806B4" w:rsidRDefault="009806B4"/>
    <w:p w14:paraId="534AE404" w14:textId="0EF05910" w:rsidR="009806B4" w:rsidRPr="002C0EFC" w:rsidRDefault="00AE1654">
      <w:pPr>
        <w:rPr>
          <w:b/>
          <w:bCs/>
        </w:rPr>
      </w:pPr>
      <w:r w:rsidRPr="002C0EFC">
        <w:rPr>
          <w:b/>
          <w:bCs/>
        </w:rPr>
        <w:t xml:space="preserve">4. Expectations of the </w:t>
      </w:r>
      <w:r w:rsidR="002C0EFC">
        <w:rPr>
          <w:b/>
          <w:bCs/>
        </w:rPr>
        <w:t>teachers</w:t>
      </w:r>
    </w:p>
    <w:p w14:paraId="7B1A53A7" w14:textId="77777777" w:rsidR="009806B4" w:rsidRDefault="00AE1654">
      <w:r>
        <w:t>- Set purposeful, clear and manageable homework.</w:t>
      </w:r>
    </w:p>
    <w:p w14:paraId="3C082494" w14:textId="77777777" w:rsidR="009806B4" w:rsidRDefault="00AE1654">
      <w:r>
        <w:t>- Monitor completion and provide feedback.</w:t>
      </w:r>
    </w:p>
    <w:p w14:paraId="1F7025CC" w14:textId="77777777" w:rsidR="009806B4" w:rsidRDefault="00AE1654">
      <w:r>
        <w:t>- Support families facing barriers to homework.</w:t>
      </w:r>
    </w:p>
    <w:p w14:paraId="2C66C965" w14:textId="77777777" w:rsidR="009806B4" w:rsidRDefault="00AE1654">
      <w:r>
        <w:t>- Promote well-being and avoid overload.</w:t>
      </w:r>
    </w:p>
    <w:p w14:paraId="590A6921" w14:textId="2D888710" w:rsidR="002C0EFC" w:rsidRDefault="002C0EFC">
      <w:r>
        <w:t xml:space="preserve">- Ensure homework is adapted, when needed, to the needs of the individual. </w:t>
      </w:r>
    </w:p>
    <w:p w14:paraId="7E48E9B3" w14:textId="77777777" w:rsidR="009806B4" w:rsidRDefault="009806B4"/>
    <w:p w14:paraId="4E3A7934" w14:textId="77777777" w:rsidR="009806B4" w:rsidRPr="002C0EFC" w:rsidRDefault="00AE1654">
      <w:pPr>
        <w:rPr>
          <w:b/>
          <w:bCs/>
        </w:rPr>
      </w:pPr>
      <w:r w:rsidRPr="002C0EFC">
        <w:rPr>
          <w:b/>
          <w:bCs/>
        </w:rPr>
        <w:t>5. Expectations of Pupils</w:t>
      </w:r>
    </w:p>
    <w:p w14:paraId="34489F6D" w14:textId="77777777" w:rsidR="009806B4" w:rsidRDefault="00AE1654">
      <w:r>
        <w:t>- Read daily and return books each day.</w:t>
      </w:r>
    </w:p>
    <w:p w14:paraId="12C0BF64" w14:textId="12DEDB9A" w:rsidR="009806B4" w:rsidRDefault="00AE1654">
      <w:r>
        <w:t>- Complete spellings, maths and English tasks</w:t>
      </w:r>
    </w:p>
    <w:p w14:paraId="077B23AB" w14:textId="77777777" w:rsidR="009806B4" w:rsidRDefault="00AE1654">
      <w:r>
        <w:t>- Return homework by deadlines.</w:t>
      </w:r>
    </w:p>
    <w:p w14:paraId="1A13FD69" w14:textId="77777777" w:rsidR="009806B4" w:rsidRDefault="009806B4"/>
    <w:p w14:paraId="0BED7805" w14:textId="77777777" w:rsidR="009806B4" w:rsidRPr="002C0EFC" w:rsidRDefault="00AE1654">
      <w:pPr>
        <w:rPr>
          <w:b/>
          <w:bCs/>
        </w:rPr>
      </w:pPr>
      <w:r w:rsidRPr="002C0EFC">
        <w:rPr>
          <w:b/>
          <w:bCs/>
        </w:rPr>
        <w:lastRenderedPageBreak/>
        <w:t>6. Expectations of Parents/Carers</w:t>
      </w:r>
    </w:p>
    <w:p w14:paraId="3022073F" w14:textId="77777777" w:rsidR="009806B4" w:rsidRDefault="00AE1654">
      <w:r>
        <w:t>- Support daily reading and discussion.</w:t>
      </w:r>
    </w:p>
    <w:p w14:paraId="247CD4E7" w14:textId="77777777" w:rsidR="009806B4" w:rsidRDefault="00AE1654">
      <w:r>
        <w:t>- Provide reasonable space for homework.</w:t>
      </w:r>
    </w:p>
    <w:p w14:paraId="640073AA" w14:textId="77777777" w:rsidR="009806B4" w:rsidRDefault="00AE1654">
      <w:r>
        <w:t>- Encourage completion of tasks.</w:t>
      </w:r>
    </w:p>
    <w:p w14:paraId="0062211F" w14:textId="77777777" w:rsidR="009806B4" w:rsidRDefault="00AE1654">
      <w:r>
        <w:t>- Engage with RE invitation when possible.</w:t>
      </w:r>
    </w:p>
    <w:p w14:paraId="4F9D4600" w14:textId="77777777" w:rsidR="009806B4" w:rsidRDefault="00AE1654">
      <w:r>
        <w:t>- Communicate difficulties with teachers.</w:t>
      </w:r>
    </w:p>
    <w:p w14:paraId="5F93607E" w14:textId="77777777" w:rsidR="009806B4" w:rsidRDefault="009806B4"/>
    <w:p w14:paraId="33E9989E" w14:textId="77777777" w:rsidR="009806B4" w:rsidRPr="002C0EFC" w:rsidRDefault="00AE1654">
      <w:pPr>
        <w:rPr>
          <w:b/>
          <w:bCs/>
        </w:rPr>
      </w:pPr>
      <w:r w:rsidRPr="002C0EFC">
        <w:rPr>
          <w:b/>
          <w:bCs/>
        </w:rPr>
        <w:t>7. Time-guidelines</w:t>
      </w:r>
    </w:p>
    <w:p w14:paraId="2390ACE2" w14:textId="77777777" w:rsidR="009806B4" w:rsidRDefault="00AE1654">
      <w:r>
        <w:t>- Daily homework: approx. 10–15 minutes plus reading.</w:t>
      </w:r>
    </w:p>
    <w:p w14:paraId="00451885" w14:textId="77777777" w:rsidR="009806B4" w:rsidRDefault="00AE1654">
      <w:r>
        <w:t>- Weekly English: 20–30 minutes.</w:t>
      </w:r>
    </w:p>
    <w:p w14:paraId="75CA658E" w14:textId="77777777" w:rsidR="009806B4" w:rsidRDefault="00AE1654">
      <w:r>
        <w:t>- RE invitation: flexible and optional.</w:t>
      </w:r>
    </w:p>
    <w:p w14:paraId="05E1ACCE" w14:textId="24DD13FD" w:rsidR="002C0EFC" w:rsidRDefault="002C0EFC">
      <w:r>
        <w:t>(Each class teacher will set a homework deadline date which will vary from classroom to classroom)</w:t>
      </w:r>
    </w:p>
    <w:p w14:paraId="70A6DE1D" w14:textId="77777777" w:rsidR="009806B4" w:rsidRDefault="009806B4"/>
    <w:p w14:paraId="4CA3EB8E" w14:textId="77777777" w:rsidR="009806B4" w:rsidRPr="002C0EFC" w:rsidRDefault="00AE1654">
      <w:pPr>
        <w:rPr>
          <w:b/>
          <w:bCs/>
        </w:rPr>
      </w:pPr>
      <w:r w:rsidRPr="002C0EFC">
        <w:rPr>
          <w:b/>
          <w:bCs/>
        </w:rPr>
        <w:t>8. Monitoring and Review</w:t>
      </w:r>
    </w:p>
    <w:p w14:paraId="47908B84" w14:textId="056CE6B0" w:rsidR="009806B4" w:rsidRDefault="00AE1654">
      <w:r>
        <w:t xml:space="preserve">- Leadership reviews homework </w:t>
      </w:r>
      <w:r w:rsidR="002C0EFC">
        <w:t xml:space="preserve">expectations </w:t>
      </w:r>
      <w:r>
        <w:t>annually.</w:t>
      </w:r>
    </w:p>
    <w:p w14:paraId="0F451422" w14:textId="3C3C175E" w:rsidR="009806B4" w:rsidRDefault="00AE1654">
      <w:r>
        <w:t>- Feedback from parents, pupils and staff</w:t>
      </w:r>
      <w:r w:rsidR="002C0EFC">
        <w:t xml:space="preserve"> help inform this</w:t>
      </w:r>
      <w:r>
        <w:t>.</w:t>
      </w:r>
    </w:p>
    <w:p w14:paraId="68221346" w14:textId="6C03AE91" w:rsidR="009806B4" w:rsidRDefault="00AE1654">
      <w:r>
        <w:t xml:space="preserve">- </w:t>
      </w:r>
      <w:r w:rsidR="002C0EFC">
        <w:t>If required, a</w:t>
      </w:r>
      <w:r>
        <w:t xml:space="preserve">djustments </w:t>
      </w:r>
      <w:r w:rsidR="002C0EFC">
        <w:t>are made</w:t>
      </w:r>
      <w:r>
        <w:t xml:space="preserve"> to ensure equity and effectiveness.</w:t>
      </w:r>
    </w:p>
    <w:p w14:paraId="7E4A43BC" w14:textId="77777777" w:rsidR="009806B4" w:rsidRDefault="009806B4"/>
    <w:p w14:paraId="51A0238D" w14:textId="4A44D41F" w:rsidR="009806B4" w:rsidRPr="002C0EFC" w:rsidRDefault="002C0EFC">
      <w:pPr>
        <w:rPr>
          <w:b/>
          <w:bCs/>
        </w:rPr>
      </w:pPr>
      <w:r w:rsidRPr="002C0EFC">
        <w:rPr>
          <w:b/>
          <w:bCs/>
        </w:rPr>
        <w:t>9</w:t>
      </w:r>
      <w:r w:rsidR="00AE1654" w:rsidRPr="002C0EFC">
        <w:rPr>
          <w:b/>
          <w:bCs/>
        </w:rPr>
        <w:t>. Conclusion</w:t>
      </w:r>
    </w:p>
    <w:p w14:paraId="7321549B" w14:textId="28399394" w:rsidR="00461EDC" w:rsidRDefault="00AE1654">
      <w:r>
        <w:t xml:space="preserve">Homework at </w:t>
      </w:r>
      <w:r w:rsidR="002C0EFC">
        <w:t>St Teresa’s</w:t>
      </w:r>
      <w:r>
        <w:t xml:space="preserve"> strengthens learning, independence and faith. We thank parents and carers for their continued support as partners in their child’s education.</w:t>
      </w:r>
    </w:p>
    <w:p w14:paraId="43DF5BF3" w14:textId="77777777" w:rsidR="00461EDC" w:rsidRDefault="00461EDC">
      <w:r>
        <w:br w:type="page"/>
      </w:r>
    </w:p>
    <w:tbl>
      <w:tblPr>
        <w:tblStyle w:val="TableGrid"/>
        <w:tblpPr w:leftFromText="180" w:rightFromText="180" w:vertAnchor="page" w:horzAnchor="page" w:tblpX="705" w:tblpY="1742"/>
        <w:tblW w:w="10485" w:type="dxa"/>
        <w:tblLook w:val="04A0" w:firstRow="1" w:lastRow="0" w:firstColumn="1" w:lastColumn="0" w:noHBand="0" w:noVBand="1"/>
      </w:tblPr>
      <w:tblGrid>
        <w:gridCol w:w="2554"/>
        <w:gridCol w:w="7931"/>
      </w:tblGrid>
      <w:tr w:rsidR="00461EDC" w14:paraId="598860E9" w14:textId="77777777" w:rsidTr="00461EDC">
        <w:trPr>
          <w:trHeight w:val="1583"/>
        </w:trPr>
        <w:tc>
          <w:tcPr>
            <w:tcW w:w="2554" w:type="dxa"/>
          </w:tcPr>
          <w:p w14:paraId="4C2C7F17" w14:textId="77777777" w:rsidR="00461EDC" w:rsidRDefault="00461EDC" w:rsidP="00461EDC">
            <w:pPr>
              <w:jc w:val="center"/>
            </w:pPr>
            <w:r w:rsidRPr="00064F77">
              <w:rPr>
                <w:b/>
                <w:noProof/>
                <w:lang w:eastAsia="en-GB"/>
              </w:rPr>
              <w:lastRenderedPageBreak/>
              <w:drawing>
                <wp:inline distT="0" distB="0" distL="0" distR="0" wp14:anchorId="2BA87351" wp14:editId="785CC071">
                  <wp:extent cx="435935" cy="567866"/>
                  <wp:effectExtent l="0" t="0" r="2540" b="3810"/>
                  <wp:docPr id="1" name="Picture 1" descr="C:\Users\jacques.bottjer\Downloads\downloa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jacques.bottjer\Downloads\downloa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451" cy="593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146DB2" w14:textId="0122C542" w:rsidR="00461EDC" w:rsidRDefault="00461EDC" w:rsidP="00461EDC">
            <w:pPr>
              <w:jc w:val="center"/>
            </w:pPr>
            <w:r>
              <w:t xml:space="preserve">Year </w:t>
            </w:r>
            <w:r>
              <w:t>X</w:t>
            </w:r>
            <w:r>
              <w:t xml:space="preserve"> Weekly Homework Sheet</w:t>
            </w:r>
          </w:p>
        </w:tc>
        <w:tc>
          <w:tcPr>
            <w:tcW w:w="7931" w:type="dxa"/>
          </w:tcPr>
          <w:p w14:paraId="44C1256C" w14:textId="77777777" w:rsidR="00461EDC" w:rsidRDefault="00461EDC" w:rsidP="00461EDC">
            <w:r>
              <w:t xml:space="preserve">Name: </w:t>
            </w:r>
          </w:p>
          <w:p w14:paraId="40C57F52" w14:textId="77777777" w:rsidR="00461EDC" w:rsidRDefault="00461EDC" w:rsidP="00461EDC"/>
          <w:p w14:paraId="73B23385" w14:textId="77777777" w:rsidR="00461EDC" w:rsidRDefault="00461EDC" w:rsidP="00461EDC"/>
          <w:p w14:paraId="166F6124" w14:textId="160F00A8" w:rsidR="00461EDC" w:rsidRDefault="00461EDC" w:rsidP="00461EDC">
            <w:r>
              <w:t xml:space="preserve">Date set: Monday </w:t>
            </w:r>
            <w:r>
              <w:t>X/X/XX</w:t>
            </w:r>
          </w:p>
          <w:p w14:paraId="49EE643D" w14:textId="0B97BF22" w:rsidR="00461EDC" w:rsidRDefault="00461EDC" w:rsidP="00461EDC">
            <w:r w:rsidRPr="00DB20FF">
              <w:rPr>
                <w:highlight w:val="yellow"/>
              </w:rPr>
              <w:t>This homework sheet is due o</w:t>
            </w:r>
            <w:r w:rsidRPr="00461EDC">
              <w:rPr>
                <w:highlight w:val="yellow"/>
              </w:rPr>
              <w:t xml:space="preserve">n </w:t>
            </w:r>
            <w:r w:rsidRPr="00461EDC">
              <w:rPr>
                <w:highlight w:val="yellow"/>
              </w:rPr>
              <w:t>X/X/XX</w:t>
            </w:r>
          </w:p>
        </w:tc>
      </w:tr>
      <w:tr w:rsidR="00461EDC" w14:paraId="78A4AB20" w14:textId="77777777" w:rsidTr="00461EDC">
        <w:trPr>
          <w:trHeight w:val="296"/>
        </w:trPr>
        <w:tc>
          <w:tcPr>
            <w:tcW w:w="2554" w:type="dxa"/>
            <w:vMerge w:val="restart"/>
          </w:tcPr>
          <w:p w14:paraId="5FFAA1EF" w14:textId="3D8B225D" w:rsidR="00461EDC" w:rsidRPr="00666829" w:rsidRDefault="00461EDC" w:rsidP="00461EDC">
            <w:pPr>
              <w:rPr>
                <w:rFonts w:ascii="Comic Sans MS" w:hAnsi="Comic Sans MS"/>
              </w:rPr>
            </w:pPr>
            <w:r w:rsidRPr="00666829">
              <w:rPr>
                <w:rFonts w:ascii="Comic Sans MS" w:hAnsi="Comic Sans MS"/>
              </w:rPr>
              <w:t xml:space="preserve">Weekly </w:t>
            </w:r>
            <w:r>
              <w:rPr>
                <w:rFonts w:ascii="Comic Sans MS" w:hAnsi="Comic Sans MS"/>
              </w:rPr>
              <w:t>s</w:t>
            </w:r>
            <w:r w:rsidRPr="00666829">
              <w:rPr>
                <w:rFonts w:ascii="Comic Sans MS" w:hAnsi="Comic Sans MS"/>
              </w:rPr>
              <w:t>pellings to learn</w:t>
            </w:r>
            <w:r>
              <w:rPr>
                <w:rFonts w:ascii="Comic Sans MS" w:hAnsi="Comic Sans MS"/>
              </w:rPr>
              <w:t>:</w:t>
            </w:r>
          </w:p>
          <w:p w14:paraId="2D233F1E" w14:textId="77777777" w:rsidR="00461EDC" w:rsidRPr="00B22FB9" w:rsidRDefault="00461EDC" w:rsidP="00461ED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931" w:type="dxa"/>
          </w:tcPr>
          <w:p w14:paraId="3C392DF4" w14:textId="77777777" w:rsidR="00461EDC" w:rsidRPr="000B5DAC" w:rsidRDefault="00461EDC" w:rsidP="00461EDC">
            <w:pPr>
              <w:rPr>
                <w:b/>
                <w:bCs/>
              </w:rPr>
            </w:pPr>
            <w:r w:rsidRPr="000B5DAC">
              <w:rPr>
                <w:b/>
                <w:bCs/>
              </w:rPr>
              <w:t>Monday Maths Activity</w:t>
            </w:r>
          </w:p>
        </w:tc>
      </w:tr>
      <w:tr w:rsidR="00461EDC" w14:paraId="3F86A17C" w14:textId="77777777" w:rsidTr="00461EDC">
        <w:trPr>
          <w:trHeight w:val="2193"/>
        </w:trPr>
        <w:tc>
          <w:tcPr>
            <w:tcW w:w="2554" w:type="dxa"/>
            <w:vMerge/>
          </w:tcPr>
          <w:p w14:paraId="6045E162" w14:textId="77777777" w:rsidR="00461EDC" w:rsidRDefault="00461EDC" w:rsidP="00461EDC"/>
        </w:tc>
        <w:tc>
          <w:tcPr>
            <w:tcW w:w="7931" w:type="dxa"/>
          </w:tcPr>
          <w:p w14:paraId="73E4690E" w14:textId="77777777" w:rsidR="00461EDC" w:rsidRPr="00E64720" w:rsidRDefault="00461EDC" w:rsidP="00461EDC">
            <w:pPr>
              <w:rPr>
                <w:rFonts w:ascii="Comic Sans MS" w:hAnsi="Comic Sans MS"/>
                <w:sz w:val="28"/>
                <w:szCs w:val="28"/>
              </w:rPr>
            </w:pPr>
            <w:r>
              <w:t xml:space="preserve"> </w:t>
            </w:r>
          </w:p>
          <w:p w14:paraId="1C9F32FA" w14:textId="77777777" w:rsidR="00461EDC" w:rsidRDefault="00461EDC" w:rsidP="00461EDC">
            <w:pPr>
              <w:rPr>
                <w:rFonts w:ascii="Comic Sans MS" w:hAnsi="Comic Sans MS"/>
              </w:rPr>
            </w:pPr>
          </w:p>
          <w:p w14:paraId="22736216" w14:textId="77777777" w:rsidR="00461EDC" w:rsidRPr="00614F30" w:rsidRDefault="00461EDC" w:rsidP="00461EDC">
            <w:pPr>
              <w:rPr>
                <w:rFonts w:ascii="Comic Sans MS" w:hAnsi="Comic Sans MS"/>
              </w:rPr>
            </w:pPr>
          </w:p>
        </w:tc>
      </w:tr>
      <w:tr w:rsidR="00461EDC" w14:paraId="3A8180A4" w14:textId="77777777" w:rsidTr="00461EDC">
        <w:trPr>
          <w:trHeight w:val="158"/>
        </w:trPr>
        <w:tc>
          <w:tcPr>
            <w:tcW w:w="2554" w:type="dxa"/>
            <w:vMerge/>
          </w:tcPr>
          <w:p w14:paraId="2AEDF46E" w14:textId="77777777" w:rsidR="00461EDC" w:rsidRDefault="00461EDC" w:rsidP="00461EDC"/>
        </w:tc>
        <w:tc>
          <w:tcPr>
            <w:tcW w:w="7931" w:type="dxa"/>
          </w:tcPr>
          <w:p w14:paraId="05C6E666" w14:textId="77777777" w:rsidR="00461EDC" w:rsidRPr="000B5DAC" w:rsidRDefault="00461EDC" w:rsidP="00461EDC">
            <w:pPr>
              <w:rPr>
                <w:b/>
                <w:bCs/>
              </w:rPr>
            </w:pPr>
            <w:r w:rsidRPr="000B5DAC">
              <w:rPr>
                <w:b/>
                <w:bCs/>
              </w:rPr>
              <w:t>Tuesday Maths Activity</w:t>
            </w:r>
          </w:p>
        </w:tc>
      </w:tr>
      <w:tr w:rsidR="00461EDC" w14:paraId="09ADD57F" w14:textId="77777777" w:rsidTr="00461EDC">
        <w:trPr>
          <w:trHeight w:val="2608"/>
        </w:trPr>
        <w:tc>
          <w:tcPr>
            <w:tcW w:w="2554" w:type="dxa"/>
            <w:vMerge/>
          </w:tcPr>
          <w:p w14:paraId="1530E627" w14:textId="77777777" w:rsidR="00461EDC" w:rsidRDefault="00461EDC" w:rsidP="00461EDC"/>
        </w:tc>
        <w:tc>
          <w:tcPr>
            <w:tcW w:w="7931" w:type="dxa"/>
          </w:tcPr>
          <w:p w14:paraId="0FFA2017" w14:textId="77777777" w:rsidR="00461EDC" w:rsidRPr="002473EE" w:rsidRDefault="00461EDC" w:rsidP="00461EDC">
            <w:pPr>
              <w:tabs>
                <w:tab w:val="left" w:pos="1496"/>
              </w:tabs>
            </w:pPr>
          </w:p>
        </w:tc>
      </w:tr>
      <w:tr w:rsidR="00461EDC" w14:paraId="04BA9544" w14:textId="77777777" w:rsidTr="00461EDC">
        <w:trPr>
          <w:trHeight w:val="296"/>
        </w:trPr>
        <w:tc>
          <w:tcPr>
            <w:tcW w:w="10485" w:type="dxa"/>
            <w:gridSpan w:val="2"/>
          </w:tcPr>
          <w:p w14:paraId="6CE41305" w14:textId="77777777" w:rsidR="00461EDC" w:rsidRPr="000B5DAC" w:rsidRDefault="00461EDC" w:rsidP="00461EDC">
            <w:pPr>
              <w:rPr>
                <w:b/>
                <w:bCs/>
              </w:rPr>
            </w:pPr>
            <w:r w:rsidRPr="000B5DAC">
              <w:rPr>
                <w:b/>
                <w:bCs/>
              </w:rPr>
              <w:t>Wednesday Maths Activity</w:t>
            </w:r>
          </w:p>
        </w:tc>
      </w:tr>
      <w:tr w:rsidR="00461EDC" w14:paraId="78411873" w14:textId="77777777" w:rsidTr="00461EDC">
        <w:trPr>
          <w:trHeight w:val="2783"/>
        </w:trPr>
        <w:tc>
          <w:tcPr>
            <w:tcW w:w="10485" w:type="dxa"/>
            <w:gridSpan w:val="2"/>
          </w:tcPr>
          <w:p w14:paraId="04FCFB4B" w14:textId="77777777" w:rsidR="00461EDC" w:rsidRPr="00F62667" w:rsidRDefault="00461EDC" w:rsidP="00461EDC">
            <w:pPr>
              <w:rPr>
                <w:sz w:val="28"/>
                <w:szCs w:val="28"/>
              </w:rPr>
            </w:pPr>
          </w:p>
        </w:tc>
      </w:tr>
      <w:tr w:rsidR="00461EDC" w14:paraId="54BAEACF" w14:textId="77777777" w:rsidTr="00461EDC">
        <w:trPr>
          <w:trHeight w:val="296"/>
        </w:trPr>
        <w:tc>
          <w:tcPr>
            <w:tcW w:w="10485" w:type="dxa"/>
            <w:gridSpan w:val="2"/>
          </w:tcPr>
          <w:p w14:paraId="7453FA6C" w14:textId="77777777" w:rsidR="00461EDC" w:rsidRPr="000B5DAC" w:rsidRDefault="00461EDC" w:rsidP="00461EDC">
            <w:pPr>
              <w:rPr>
                <w:b/>
                <w:bCs/>
              </w:rPr>
            </w:pPr>
            <w:r w:rsidRPr="000B5DAC">
              <w:rPr>
                <w:b/>
                <w:bCs/>
              </w:rPr>
              <w:t>Thursday Maths Activity</w:t>
            </w:r>
          </w:p>
        </w:tc>
      </w:tr>
      <w:tr w:rsidR="00461EDC" w14:paraId="2222C9E7" w14:textId="77777777" w:rsidTr="00461EDC">
        <w:trPr>
          <w:trHeight w:val="2056"/>
        </w:trPr>
        <w:tc>
          <w:tcPr>
            <w:tcW w:w="10485" w:type="dxa"/>
            <w:gridSpan w:val="2"/>
          </w:tcPr>
          <w:p w14:paraId="21CEDE7E" w14:textId="77777777" w:rsidR="00461EDC" w:rsidRDefault="00461EDC" w:rsidP="00461EDC">
            <w:pPr>
              <w:rPr>
                <w:b/>
                <w:bCs/>
              </w:rPr>
            </w:pPr>
            <w:r w:rsidRPr="00885D07">
              <w:rPr>
                <w:noProof/>
              </w:rPr>
              <w:t xml:space="preserve"> </w:t>
            </w:r>
          </w:p>
          <w:p w14:paraId="183A52B4" w14:textId="77777777" w:rsidR="00461EDC" w:rsidRDefault="00461EDC" w:rsidP="00461EDC">
            <w:pPr>
              <w:rPr>
                <w:b/>
                <w:bCs/>
              </w:rPr>
            </w:pPr>
          </w:p>
          <w:p w14:paraId="10838F72" w14:textId="77777777" w:rsidR="00461EDC" w:rsidRPr="000B5DAC" w:rsidRDefault="00461EDC" w:rsidP="00461EDC">
            <w:pPr>
              <w:rPr>
                <w:b/>
                <w:bCs/>
              </w:rPr>
            </w:pPr>
          </w:p>
        </w:tc>
      </w:tr>
    </w:tbl>
    <w:p w14:paraId="7BC3712E" w14:textId="5FFF1AD0" w:rsidR="00461EDC" w:rsidRDefault="00461EDC">
      <w:r>
        <w:t>Appendix A: Homework format</w:t>
      </w:r>
    </w:p>
    <w:tbl>
      <w:tblPr>
        <w:tblStyle w:val="TableGrid"/>
        <w:tblpPr w:leftFromText="180" w:rightFromText="180" w:vertAnchor="page" w:horzAnchor="margin" w:tblpXSpec="center" w:tblpY="667"/>
        <w:tblW w:w="10652" w:type="dxa"/>
        <w:tblLook w:val="04A0" w:firstRow="1" w:lastRow="0" w:firstColumn="1" w:lastColumn="0" w:noHBand="0" w:noVBand="1"/>
      </w:tblPr>
      <w:tblGrid>
        <w:gridCol w:w="10652"/>
      </w:tblGrid>
      <w:tr w:rsidR="00461EDC" w14:paraId="33D6BA04" w14:textId="77777777" w:rsidTr="00461EDC">
        <w:trPr>
          <w:trHeight w:val="239"/>
        </w:trPr>
        <w:tc>
          <w:tcPr>
            <w:tcW w:w="10652" w:type="dxa"/>
          </w:tcPr>
          <w:p w14:paraId="49D963CE" w14:textId="77777777" w:rsidR="00461EDC" w:rsidRPr="009E551D" w:rsidRDefault="00461EDC" w:rsidP="00461EDC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English Homework</w:t>
            </w:r>
          </w:p>
        </w:tc>
      </w:tr>
      <w:tr w:rsidR="00461EDC" w14:paraId="6E1F499D" w14:textId="77777777" w:rsidTr="00461EDC">
        <w:trPr>
          <w:trHeight w:val="4667"/>
        </w:trPr>
        <w:tc>
          <w:tcPr>
            <w:tcW w:w="10652" w:type="dxa"/>
          </w:tcPr>
          <w:p w14:paraId="4FAAFFAC" w14:textId="77777777" w:rsidR="00461EDC" w:rsidRPr="006E6A96" w:rsidRDefault="00461EDC" w:rsidP="00461EDC">
            <w:pPr>
              <w:rPr>
                <w:b/>
                <w:bCs/>
              </w:rPr>
            </w:pPr>
          </w:p>
        </w:tc>
      </w:tr>
      <w:tr w:rsidR="00461EDC" w14:paraId="6A1C6F01" w14:textId="77777777" w:rsidTr="00461EDC">
        <w:trPr>
          <w:trHeight w:val="233"/>
        </w:trPr>
        <w:tc>
          <w:tcPr>
            <w:tcW w:w="10652" w:type="dxa"/>
          </w:tcPr>
          <w:p w14:paraId="41580DF6" w14:textId="77777777" w:rsidR="00461EDC" w:rsidRPr="00C412F1" w:rsidRDefault="00461EDC" w:rsidP="00461EDC">
            <w:pPr>
              <w:rPr>
                <w:b/>
                <w:bCs/>
              </w:rPr>
            </w:pPr>
            <w:r w:rsidRPr="00C412F1">
              <w:rPr>
                <w:b/>
                <w:bCs/>
              </w:rPr>
              <w:t>RE Homework</w:t>
            </w:r>
          </w:p>
        </w:tc>
      </w:tr>
      <w:tr w:rsidR="00461EDC" w14:paraId="0124293E" w14:textId="77777777" w:rsidTr="00461EDC">
        <w:trPr>
          <w:trHeight w:val="4041"/>
        </w:trPr>
        <w:tc>
          <w:tcPr>
            <w:tcW w:w="10652" w:type="dxa"/>
          </w:tcPr>
          <w:p w14:paraId="5FDB74FE" w14:textId="77777777" w:rsidR="00461EDC" w:rsidRDefault="00461EDC" w:rsidP="00461EDC"/>
        </w:tc>
      </w:tr>
    </w:tbl>
    <w:p w14:paraId="0EFE74EB" w14:textId="77777777" w:rsidR="00461EDC" w:rsidRDefault="00461EDC" w:rsidP="00461EDC"/>
    <w:p w14:paraId="3A678650" w14:textId="77777777" w:rsidR="00461EDC" w:rsidRPr="003F49A8" w:rsidRDefault="00461EDC" w:rsidP="00461EDC"/>
    <w:tbl>
      <w:tblPr>
        <w:tblStyle w:val="TableGrid"/>
        <w:tblpPr w:leftFromText="180" w:rightFromText="180" w:vertAnchor="text" w:horzAnchor="margin" w:tblpXSpec="center" w:tblpY="255"/>
        <w:tblW w:w="10485" w:type="dxa"/>
        <w:tblLayout w:type="fixed"/>
        <w:tblLook w:val="04A0" w:firstRow="1" w:lastRow="0" w:firstColumn="1" w:lastColumn="0" w:noHBand="0" w:noVBand="1"/>
      </w:tblPr>
      <w:tblGrid>
        <w:gridCol w:w="4815"/>
        <w:gridCol w:w="992"/>
        <w:gridCol w:w="992"/>
        <w:gridCol w:w="993"/>
        <w:gridCol w:w="992"/>
        <w:gridCol w:w="992"/>
        <w:gridCol w:w="709"/>
      </w:tblGrid>
      <w:tr w:rsidR="00461EDC" w14:paraId="2B195533" w14:textId="77777777" w:rsidTr="00A31FE1">
        <w:tc>
          <w:tcPr>
            <w:tcW w:w="9776" w:type="dxa"/>
            <w:gridSpan w:val="6"/>
          </w:tcPr>
          <w:p w14:paraId="3772CF47" w14:textId="77777777" w:rsidR="00461EDC" w:rsidRPr="00135492" w:rsidRDefault="00461EDC" w:rsidP="00A31FE1">
            <w:pPr>
              <w:jc w:val="center"/>
              <w:rPr>
                <w:rFonts w:ascii="Comic Sans MS" w:hAnsi="Comic Sans MS"/>
              </w:rPr>
            </w:pPr>
            <w:r w:rsidRPr="00135492">
              <w:rPr>
                <w:rFonts w:ascii="Comic Sans MS" w:hAnsi="Comic Sans MS"/>
              </w:rPr>
              <w:t>Homework check list</w:t>
            </w:r>
          </w:p>
        </w:tc>
        <w:tc>
          <w:tcPr>
            <w:tcW w:w="709" w:type="dxa"/>
          </w:tcPr>
          <w:p w14:paraId="4A86A94A" w14:textId="77777777" w:rsidR="00461EDC" w:rsidRDefault="00461EDC" w:rsidP="00A31FE1">
            <w:pPr>
              <w:jc w:val="center"/>
            </w:pPr>
          </w:p>
        </w:tc>
      </w:tr>
      <w:tr w:rsidR="00461EDC" w:rsidRPr="00135492" w14:paraId="452FF764" w14:textId="77777777" w:rsidTr="00A31FE1">
        <w:trPr>
          <w:cantSplit/>
          <w:trHeight w:val="1134"/>
        </w:trPr>
        <w:tc>
          <w:tcPr>
            <w:tcW w:w="4815" w:type="dxa"/>
          </w:tcPr>
          <w:p w14:paraId="05E64CCA" w14:textId="77777777" w:rsidR="00461EDC" w:rsidRPr="00135492" w:rsidRDefault="00461EDC" w:rsidP="00A31FE1">
            <w:pPr>
              <w:jc w:val="center"/>
              <w:rPr>
                <w:rFonts w:ascii="Comic Sans MS" w:hAnsi="Comic Sans MS"/>
              </w:rPr>
            </w:pPr>
          </w:p>
          <w:p w14:paraId="6F1C8AE4" w14:textId="77777777" w:rsidR="00461EDC" w:rsidRPr="00135492" w:rsidRDefault="00461EDC" w:rsidP="00A31FE1">
            <w:pPr>
              <w:jc w:val="center"/>
              <w:rPr>
                <w:rFonts w:ascii="Comic Sans MS" w:hAnsi="Comic Sans MS"/>
              </w:rPr>
            </w:pPr>
          </w:p>
          <w:p w14:paraId="35093ECC" w14:textId="77777777" w:rsidR="00461EDC" w:rsidRPr="00135492" w:rsidRDefault="00461EDC" w:rsidP="00A31FE1">
            <w:pPr>
              <w:jc w:val="center"/>
              <w:rPr>
                <w:rFonts w:ascii="Comic Sans MS" w:hAnsi="Comic Sans MS"/>
              </w:rPr>
            </w:pPr>
            <w:r w:rsidRPr="00135492">
              <w:rPr>
                <w:rFonts w:ascii="Comic Sans MS" w:hAnsi="Comic Sans MS"/>
              </w:rPr>
              <w:t>Tick when each activity has been completed</w:t>
            </w:r>
          </w:p>
        </w:tc>
        <w:tc>
          <w:tcPr>
            <w:tcW w:w="992" w:type="dxa"/>
            <w:textDirection w:val="btLr"/>
          </w:tcPr>
          <w:p w14:paraId="3EBAD63A" w14:textId="77777777" w:rsidR="00461EDC" w:rsidRPr="00135492" w:rsidRDefault="00461EDC" w:rsidP="00A31FE1">
            <w:pPr>
              <w:ind w:left="113" w:right="113"/>
              <w:rPr>
                <w:rFonts w:ascii="Comic Sans MS" w:hAnsi="Comic Sans MS"/>
                <w:sz w:val="16"/>
                <w:szCs w:val="16"/>
              </w:rPr>
            </w:pPr>
            <w:r w:rsidRPr="00135492">
              <w:rPr>
                <w:rFonts w:ascii="Comic Sans MS" w:hAnsi="Comic Sans MS"/>
                <w:sz w:val="16"/>
                <w:szCs w:val="16"/>
              </w:rPr>
              <w:t>Monday</w:t>
            </w:r>
          </w:p>
        </w:tc>
        <w:tc>
          <w:tcPr>
            <w:tcW w:w="992" w:type="dxa"/>
            <w:textDirection w:val="btLr"/>
          </w:tcPr>
          <w:p w14:paraId="20B938CD" w14:textId="77777777" w:rsidR="00461EDC" w:rsidRPr="00135492" w:rsidRDefault="00461EDC" w:rsidP="00A31FE1">
            <w:pPr>
              <w:ind w:left="113" w:right="113"/>
              <w:rPr>
                <w:rFonts w:ascii="Comic Sans MS" w:hAnsi="Comic Sans MS"/>
                <w:sz w:val="16"/>
                <w:szCs w:val="16"/>
              </w:rPr>
            </w:pPr>
            <w:r w:rsidRPr="00135492">
              <w:rPr>
                <w:rFonts w:ascii="Comic Sans MS" w:hAnsi="Comic Sans MS"/>
                <w:sz w:val="16"/>
                <w:szCs w:val="16"/>
              </w:rPr>
              <w:t>Tuesday</w:t>
            </w:r>
          </w:p>
          <w:p w14:paraId="7CC4E01E" w14:textId="77777777" w:rsidR="00461EDC" w:rsidRPr="00135492" w:rsidRDefault="00461EDC" w:rsidP="00A31FE1">
            <w:pPr>
              <w:ind w:left="113" w:right="113"/>
              <w:rPr>
                <w:rFonts w:ascii="Comic Sans MS" w:hAnsi="Comic Sans MS"/>
                <w:sz w:val="16"/>
                <w:szCs w:val="16"/>
              </w:rPr>
            </w:pPr>
          </w:p>
          <w:p w14:paraId="27D6E253" w14:textId="77777777" w:rsidR="00461EDC" w:rsidRPr="00135492" w:rsidRDefault="00461EDC" w:rsidP="00A31FE1">
            <w:pPr>
              <w:ind w:left="113" w:right="113"/>
              <w:rPr>
                <w:rFonts w:ascii="Comic Sans MS" w:hAnsi="Comic Sans MS"/>
                <w:sz w:val="16"/>
                <w:szCs w:val="16"/>
              </w:rPr>
            </w:pPr>
          </w:p>
          <w:p w14:paraId="79B554B4" w14:textId="77777777" w:rsidR="00461EDC" w:rsidRPr="00135492" w:rsidRDefault="00461EDC" w:rsidP="00A31FE1">
            <w:pPr>
              <w:ind w:left="113" w:right="113"/>
              <w:rPr>
                <w:rFonts w:ascii="Comic Sans MS" w:hAnsi="Comic Sans MS"/>
                <w:sz w:val="16"/>
                <w:szCs w:val="16"/>
              </w:rPr>
            </w:pPr>
          </w:p>
          <w:p w14:paraId="3C7F7354" w14:textId="77777777" w:rsidR="00461EDC" w:rsidRPr="00135492" w:rsidRDefault="00461EDC" w:rsidP="00A31FE1">
            <w:pPr>
              <w:ind w:left="113" w:right="113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93" w:type="dxa"/>
            <w:textDirection w:val="btLr"/>
          </w:tcPr>
          <w:p w14:paraId="007833C3" w14:textId="77777777" w:rsidR="00461EDC" w:rsidRPr="00135492" w:rsidRDefault="00461EDC" w:rsidP="00A31FE1">
            <w:pPr>
              <w:ind w:left="113" w:right="113"/>
              <w:rPr>
                <w:rFonts w:ascii="Comic Sans MS" w:hAnsi="Comic Sans MS"/>
                <w:sz w:val="16"/>
                <w:szCs w:val="16"/>
              </w:rPr>
            </w:pPr>
            <w:r w:rsidRPr="00135492">
              <w:rPr>
                <w:rFonts w:ascii="Comic Sans MS" w:hAnsi="Comic Sans MS"/>
                <w:sz w:val="16"/>
                <w:szCs w:val="16"/>
              </w:rPr>
              <w:t>Wednesday</w:t>
            </w:r>
          </w:p>
        </w:tc>
        <w:tc>
          <w:tcPr>
            <w:tcW w:w="992" w:type="dxa"/>
            <w:textDirection w:val="btLr"/>
          </w:tcPr>
          <w:p w14:paraId="1E6675F1" w14:textId="77777777" w:rsidR="00461EDC" w:rsidRPr="00135492" w:rsidRDefault="00461EDC" w:rsidP="00A31FE1">
            <w:pPr>
              <w:ind w:left="113" w:right="113"/>
              <w:rPr>
                <w:rFonts w:ascii="Comic Sans MS" w:hAnsi="Comic Sans MS"/>
                <w:sz w:val="16"/>
                <w:szCs w:val="16"/>
              </w:rPr>
            </w:pPr>
            <w:r w:rsidRPr="00135492">
              <w:rPr>
                <w:rFonts w:ascii="Comic Sans MS" w:hAnsi="Comic Sans MS"/>
                <w:sz w:val="16"/>
                <w:szCs w:val="16"/>
              </w:rPr>
              <w:t>Thursday</w:t>
            </w:r>
          </w:p>
        </w:tc>
        <w:tc>
          <w:tcPr>
            <w:tcW w:w="992" w:type="dxa"/>
            <w:textDirection w:val="btLr"/>
          </w:tcPr>
          <w:p w14:paraId="5BC75792" w14:textId="77777777" w:rsidR="00461EDC" w:rsidRPr="00135492" w:rsidRDefault="00461EDC" w:rsidP="00A31FE1">
            <w:pPr>
              <w:ind w:left="113" w:right="113"/>
              <w:rPr>
                <w:rFonts w:ascii="Comic Sans MS" w:hAnsi="Comic Sans MS"/>
                <w:sz w:val="16"/>
                <w:szCs w:val="16"/>
              </w:rPr>
            </w:pPr>
            <w:r w:rsidRPr="00135492">
              <w:rPr>
                <w:rFonts w:ascii="Comic Sans MS" w:hAnsi="Comic Sans MS"/>
                <w:sz w:val="16"/>
                <w:szCs w:val="16"/>
              </w:rPr>
              <w:t>Friday</w:t>
            </w:r>
          </w:p>
        </w:tc>
        <w:tc>
          <w:tcPr>
            <w:tcW w:w="709" w:type="dxa"/>
            <w:textDirection w:val="btLr"/>
          </w:tcPr>
          <w:p w14:paraId="09776A26" w14:textId="77777777" w:rsidR="00461EDC" w:rsidRPr="00135492" w:rsidRDefault="00461EDC" w:rsidP="00A31FE1">
            <w:pPr>
              <w:ind w:left="113" w:right="113"/>
              <w:rPr>
                <w:rFonts w:ascii="Comic Sans MS" w:hAnsi="Comic Sans MS"/>
                <w:sz w:val="16"/>
                <w:szCs w:val="16"/>
              </w:rPr>
            </w:pPr>
            <w:r w:rsidRPr="00135492">
              <w:rPr>
                <w:rFonts w:ascii="Comic Sans MS" w:hAnsi="Comic Sans MS"/>
                <w:sz w:val="16"/>
                <w:szCs w:val="16"/>
              </w:rPr>
              <w:t>Extra</w:t>
            </w:r>
          </w:p>
        </w:tc>
      </w:tr>
      <w:tr w:rsidR="00461EDC" w14:paraId="725CF73C" w14:textId="77777777" w:rsidTr="00A31FE1">
        <w:tc>
          <w:tcPr>
            <w:tcW w:w="4815" w:type="dxa"/>
          </w:tcPr>
          <w:p w14:paraId="5C328B06" w14:textId="77777777" w:rsidR="00461EDC" w:rsidRPr="0073667E" w:rsidRDefault="00461EDC" w:rsidP="00A31FE1">
            <w:pPr>
              <w:rPr>
                <w:rFonts w:ascii="Comic Sans MS" w:hAnsi="Comic Sans MS"/>
                <w:sz w:val="20"/>
                <w:szCs w:val="20"/>
              </w:rPr>
            </w:pPr>
            <w:r w:rsidRPr="0073667E">
              <w:rPr>
                <w:rFonts w:ascii="Comic Sans MS" w:hAnsi="Comic Sans MS"/>
                <w:sz w:val="20"/>
                <w:szCs w:val="20"/>
              </w:rPr>
              <w:t xml:space="preserve">Math activities </w:t>
            </w:r>
          </w:p>
        </w:tc>
        <w:tc>
          <w:tcPr>
            <w:tcW w:w="992" w:type="dxa"/>
          </w:tcPr>
          <w:p w14:paraId="1A0C3AE6" w14:textId="77777777" w:rsidR="00461EDC" w:rsidRDefault="00461EDC" w:rsidP="00A31FE1"/>
        </w:tc>
        <w:tc>
          <w:tcPr>
            <w:tcW w:w="992" w:type="dxa"/>
          </w:tcPr>
          <w:p w14:paraId="623C5B99" w14:textId="77777777" w:rsidR="00461EDC" w:rsidRDefault="00461EDC" w:rsidP="00A31FE1"/>
        </w:tc>
        <w:tc>
          <w:tcPr>
            <w:tcW w:w="993" w:type="dxa"/>
          </w:tcPr>
          <w:p w14:paraId="4092F8D0" w14:textId="77777777" w:rsidR="00461EDC" w:rsidRDefault="00461EDC" w:rsidP="00A31FE1"/>
        </w:tc>
        <w:tc>
          <w:tcPr>
            <w:tcW w:w="992" w:type="dxa"/>
          </w:tcPr>
          <w:p w14:paraId="6160238B" w14:textId="77777777" w:rsidR="00461EDC" w:rsidRDefault="00461EDC" w:rsidP="00A31FE1"/>
        </w:tc>
        <w:tc>
          <w:tcPr>
            <w:tcW w:w="992" w:type="dxa"/>
            <w:shd w:val="clear" w:color="auto" w:fill="EEECE1" w:themeFill="background2"/>
          </w:tcPr>
          <w:p w14:paraId="40407F7C" w14:textId="77777777" w:rsidR="00461EDC" w:rsidRDefault="00461EDC" w:rsidP="00A31FE1"/>
        </w:tc>
        <w:tc>
          <w:tcPr>
            <w:tcW w:w="709" w:type="dxa"/>
          </w:tcPr>
          <w:p w14:paraId="056798C8" w14:textId="77777777" w:rsidR="00461EDC" w:rsidRDefault="00461EDC" w:rsidP="00A31FE1"/>
        </w:tc>
      </w:tr>
      <w:tr w:rsidR="00461EDC" w14:paraId="3769AED6" w14:textId="77777777" w:rsidTr="00A31FE1">
        <w:tc>
          <w:tcPr>
            <w:tcW w:w="4815" w:type="dxa"/>
          </w:tcPr>
          <w:p w14:paraId="7385BD0B" w14:textId="77777777" w:rsidR="00461EDC" w:rsidRPr="0073667E" w:rsidRDefault="00461EDC" w:rsidP="00A31FE1">
            <w:pPr>
              <w:rPr>
                <w:rFonts w:ascii="Comic Sans MS" w:hAnsi="Comic Sans MS"/>
                <w:sz w:val="20"/>
                <w:szCs w:val="20"/>
              </w:rPr>
            </w:pPr>
            <w:r w:rsidRPr="0073667E">
              <w:rPr>
                <w:rFonts w:ascii="Comic Sans MS" w:hAnsi="Comic Sans MS"/>
                <w:sz w:val="20"/>
                <w:szCs w:val="20"/>
              </w:rPr>
              <w:t>Daily spellings</w:t>
            </w:r>
          </w:p>
        </w:tc>
        <w:tc>
          <w:tcPr>
            <w:tcW w:w="992" w:type="dxa"/>
          </w:tcPr>
          <w:p w14:paraId="6CB23FC3" w14:textId="77777777" w:rsidR="00461EDC" w:rsidRDefault="00461EDC" w:rsidP="00A31FE1"/>
        </w:tc>
        <w:tc>
          <w:tcPr>
            <w:tcW w:w="992" w:type="dxa"/>
          </w:tcPr>
          <w:p w14:paraId="0D4503EB" w14:textId="77777777" w:rsidR="00461EDC" w:rsidRDefault="00461EDC" w:rsidP="00A31FE1"/>
        </w:tc>
        <w:tc>
          <w:tcPr>
            <w:tcW w:w="993" w:type="dxa"/>
          </w:tcPr>
          <w:p w14:paraId="2BB40D63" w14:textId="77777777" w:rsidR="00461EDC" w:rsidRDefault="00461EDC" w:rsidP="00A31FE1"/>
        </w:tc>
        <w:tc>
          <w:tcPr>
            <w:tcW w:w="992" w:type="dxa"/>
          </w:tcPr>
          <w:p w14:paraId="35725F97" w14:textId="77777777" w:rsidR="00461EDC" w:rsidRDefault="00461EDC" w:rsidP="00A31FE1"/>
        </w:tc>
        <w:tc>
          <w:tcPr>
            <w:tcW w:w="992" w:type="dxa"/>
          </w:tcPr>
          <w:p w14:paraId="7FC9E869" w14:textId="77777777" w:rsidR="00461EDC" w:rsidRDefault="00461EDC" w:rsidP="00A31FE1"/>
        </w:tc>
        <w:tc>
          <w:tcPr>
            <w:tcW w:w="709" w:type="dxa"/>
          </w:tcPr>
          <w:p w14:paraId="7FE60C10" w14:textId="77777777" w:rsidR="00461EDC" w:rsidRDefault="00461EDC" w:rsidP="00A31FE1"/>
        </w:tc>
      </w:tr>
      <w:tr w:rsidR="00461EDC" w14:paraId="54C93A95" w14:textId="77777777" w:rsidTr="00A31FE1">
        <w:tc>
          <w:tcPr>
            <w:tcW w:w="4815" w:type="dxa"/>
          </w:tcPr>
          <w:p w14:paraId="6C65064E" w14:textId="77777777" w:rsidR="00461EDC" w:rsidRPr="0073667E" w:rsidRDefault="00461EDC" w:rsidP="00A31FE1">
            <w:pPr>
              <w:rPr>
                <w:rFonts w:ascii="Comic Sans MS" w:hAnsi="Comic Sans MS"/>
                <w:sz w:val="20"/>
                <w:szCs w:val="20"/>
              </w:rPr>
            </w:pPr>
            <w:r w:rsidRPr="0073667E">
              <w:rPr>
                <w:rFonts w:ascii="Comic Sans MS" w:hAnsi="Comic Sans MS"/>
                <w:sz w:val="20"/>
                <w:szCs w:val="20"/>
              </w:rPr>
              <w:t>Read my reading book</w:t>
            </w:r>
          </w:p>
        </w:tc>
        <w:tc>
          <w:tcPr>
            <w:tcW w:w="992" w:type="dxa"/>
          </w:tcPr>
          <w:p w14:paraId="7AAFD1DF" w14:textId="77777777" w:rsidR="00461EDC" w:rsidRDefault="00461EDC" w:rsidP="00A31FE1"/>
        </w:tc>
        <w:tc>
          <w:tcPr>
            <w:tcW w:w="992" w:type="dxa"/>
          </w:tcPr>
          <w:p w14:paraId="46135BCF" w14:textId="77777777" w:rsidR="00461EDC" w:rsidRDefault="00461EDC" w:rsidP="00A31FE1"/>
        </w:tc>
        <w:tc>
          <w:tcPr>
            <w:tcW w:w="993" w:type="dxa"/>
          </w:tcPr>
          <w:p w14:paraId="6FB60184" w14:textId="77777777" w:rsidR="00461EDC" w:rsidRDefault="00461EDC" w:rsidP="00A31FE1"/>
        </w:tc>
        <w:tc>
          <w:tcPr>
            <w:tcW w:w="992" w:type="dxa"/>
          </w:tcPr>
          <w:p w14:paraId="346525AE" w14:textId="77777777" w:rsidR="00461EDC" w:rsidRDefault="00461EDC" w:rsidP="00A31FE1"/>
        </w:tc>
        <w:tc>
          <w:tcPr>
            <w:tcW w:w="992" w:type="dxa"/>
          </w:tcPr>
          <w:p w14:paraId="27636073" w14:textId="77777777" w:rsidR="00461EDC" w:rsidRDefault="00461EDC" w:rsidP="00A31FE1"/>
        </w:tc>
        <w:tc>
          <w:tcPr>
            <w:tcW w:w="709" w:type="dxa"/>
          </w:tcPr>
          <w:p w14:paraId="2A77E642" w14:textId="77777777" w:rsidR="00461EDC" w:rsidRDefault="00461EDC" w:rsidP="00A31FE1"/>
        </w:tc>
      </w:tr>
      <w:tr w:rsidR="00461EDC" w14:paraId="5FCE555D" w14:textId="77777777" w:rsidTr="00A31FE1">
        <w:tc>
          <w:tcPr>
            <w:tcW w:w="4815" w:type="dxa"/>
          </w:tcPr>
          <w:p w14:paraId="46D94058" w14:textId="77777777" w:rsidR="00461EDC" w:rsidRPr="0073667E" w:rsidRDefault="00461EDC" w:rsidP="00A31FE1">
            <w:pPr>
              <w:rPr>
                <w:rFonts w:ascii="Comic Sans MS" w:hAnsi="Comic Sans MS"/>
                <w:sz w:val="20"/>
                <w:szCs w:val="20"/>
              </w:rPr>
            </w:pPr>
            <w:r w:rsidRPr="0073667E">
              <w:rPr>
                <w:rFonts w:ascii="Comic Sans MS" w:hAnsi="Comic Sans MS"/>
                <w:sz w:val="20"/>
                <w:szCs w:val="20"/>
              </w:rPr>
              <w:t>English Activity</w:t>
            </w:r>
          </w:p>
        </w:tc>
        <w:tc>
          <w:tcPr>
            <w:tcW w:w="992" w:type="dxa"/>
            <w:shd w:val="clear" w:color="auto" w:fill="EEECE1" w:themeFill="background2"/>
          </w:tcPr>
          <w:p w14:paraId="17863E1F" w14:textId="77777777" w:rsidR="00461EDC" w:rsidRDefault="00461EDC" w:rsidP="00A31FE1"/>
        </w:tc>
        <w:tc>
          <w:tcPr>
            <w:tcW w:w="992" w:type="dxa"/>
            <w:shd w:val="clear" w:color="auto" w:fill="EEECE1" w:themeFill="background2"/>
          </w:tcPr>
          <w:p w14:paraId="1409F00D" w14:textId="77777777" w:rsidR="00461EDC" w:rsidRDefault="00461EDC" w:rsidP="00A31FE1"/>
        </w:tc>
        <w:tc>
          <w:tcPr>
            <w:tcW w:w="993" w:type="dxa"/>
            <w:shd w:val="clear" w:color="auto" w:fill="EEECE1" w:themeFill="background2"/>
          </w:tcPr>
          <w:p w14:paraId="5C4ACC75" w14:textId="77777777" w:rsidR="00461EDC" w:rsidRDefault="00461EDC" w:rsidP="00A31FE1"/>
        </w:tc>
        <w:tc>
          <w:tcPr>
            <w:tcW w:w="992" w:type="dxa"/>
            <w:shd w:val="clear" w:color="auto" w:fill="EEECE1" w:themeFill="background2"/>
          </w:tcPr>
          <w:p w14:paraId="3C928503" w14:textId="77777777" w:rsidR="00461EDC" w:rsidRDefault="00461EDC" w:rsidP="00A31FE1"/>
        </w:tc>
        <w:tc>
          <w:tcPr>
            <w:tcW w:w="992" w:type="dxa"/>
          </w:tcPr>
          <w:p w14:paraId="5C059C21" w14:textId="77777777" w:rsidR="00461EDC" w:rsidRDefault="00461EDC" w:rsidP="00A31FE1"/>
        </w:tc>
        <w:tc>
          <w:tcPr>
            <w:tcW w:w="709" w:type="dxa"/>
          </w:tcPr>
          <w:p w14:paraId="5E43883C" w14:textId="77777777" w:rsidR="00461EDC" w:rsidRDefault="00461EDC" w:rsidP="00A31FE1"/>
        </w:tc>
      </w:tr>
      <w:tr w:rsidR="00461EDC" w14:paraId="2A59A375" w14:textId="77777777" w:rsidTr="00A31FE1">
        <w:tc>
          <w:tcPr>
            <w:tcW w:w="4815" w:type="dxa"/>
          </w:tcPr>
          <w:p w14:paraId="09ADBC63" w14:textId="77777777" w:rsidR="00461EDC" w:rsidRPr="0073667E" w:rsidRDefault="00461EDC" w:rsidP="00A31FE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 homework</w:t>
            </w:r>
          </w:p>
        </w:tc>
        <w:tc>
          <w:tcPr>
            <w:tcW w:w="992" w:type="dxa"/>
            <w:shd w:val="clear" w:color="auto" w:fill="EEECE1" w:themeFill="background2"/>
          </w:tcPr>
          <w:p w14:paraId="6920CF25" w14:textId="77777777" w:rsidR="00461EDC" w:rsidRDefault="00461EDC" w:rsidP="00A31FE1"/>
        </w:tc>
        <w:tc>
          <w:tcPr>
            <w:tcW w:w="992" w:type="dxa"/>
            <w:shd w:val="clear" w:color="auto" w:fill="EEECE1" w:themeFill="background2"/>
          </w:tcPr>
          <w:p w14:paraId="2AB7AC96" w14:textId="77777777" w:rsidR="00461EDC" w:rsidRDefault="00461EDC" w:rsidP="00A31FE1"/>
        </w:tc>
        <w:tc>
          <w:tcPr>
            <w:tcW w:w="993" w:type="dxa"/>
            <w:shd w:val="clear" w:color="auto" w:fill="EEECE1" w:themeFill="background2"/>
          </w:tcPr>
          <w:p w14:paraId="6364D0C7" w14:textId="77777777" w:rsidR="00461EDC" w:rsidRDefault="00461EDC" w:rsidP="00A31FE1"/>
        </w:tc>
        <w:tc>
          <w:tcPr>
            <w:tcW w:w="992" w:type="dxa"/>
            <w:shd w:val="clear" w:color="auto" w:fill="EEECE1" w:themeFill="background2"/>
          </w:tcPr>
          <w:p w14:paraId="2DAA5DC7" w14:textId="77777777" w:rsidR="00461EDC" w:rsidRDefault="00461EDC" w:rsidP="00A31FE1"/>
        </w:tc>
        <w:tc>
          <w:tcPr>
            <w:tcW w:w="992" w:type="dxa"/>
          </w:tcPr>
          <w:p w14:paraId="7BDC5BF4" w14:textId="77777777" w:rsidR="00461EDC" w:rsidRDefault="00461EDC" w:rsidP="00A31FE1"/>
        </w:tc>
        <w:tc>
          <w:tcPr>
            <w:tcW w:w="709" w:type="dxa"/>
          </w:tcPr>
          <w:p w14:paraId="4FC0967A" w14:textId="77777777" w:rsidR="00461EDC" w:rsidRDefault="00461EDC" w:rsidP="00A31FE1"/>
        </w:tc>
      </w:tr>
    </w:tbl>
    <w:p w14:paraId="03532831" w14:textId="77777777" w:rsidR="009806B4" w:rsidRDefault="009806B4"/>
    <w:sectPr w:rsidR="009806B4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51404807">
    <w:abstractNumId w:val="8"/>
  </w:num>
  <w:num w:numId="2" w16cid:durableId="2099673474">
    <w:abstractNumId w:val="6"/>
  </w:num>
  <w:num w:numId="3" w16cid:durableId="1676612863">
    <w:abstractNumId w:val="5"/>
  </w:num>
  <w:num w:numId="4" w16cid:durableId="113644475">
    <w:abstractNumId w:val="4"/>
  </w:num>
  <w:num w:numId="5" w16cid:durableId="1528177673">
    <w:abstractNumId w:val="7"/>
  </w:num>
  <w:num w:numId="6" w16cid:durableId="1075590865">
    <w:abstractNumId w:val="3"/>
  </w:num>
  <w:num w:numId="7" w16cid:durableId="1101297312">
    <w:abstractNumId w:val="2"/>
  </w:num>
  <w:num w:numId="8" w16cid:durableId="498926864">
    <w:abstractNumId w:val="1"/>
  </w:num>
  <w:num w:numId="9" w16cid:durableId="893663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2C0EFC"/>
    <w:rsid w:val="00326F90"/>
    <w:rsid w:val="00461EDC"/>
    <w:rsid w:val="0049527B"/>
    <w:rsid w:val="009806B4"/>
    <w:rsid w:val="009E7B48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3D11DB5"/>
  <w14:defaultImageDpi w14:val="300"/>
  <w15:docId w15:val="{4131CBAF-B768-4BE5-9FC3-B6F91D446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3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538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3599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Head - St Teresa's, Basildon</cp:lastModifiedBy>
  <cp:revision>3</cp:revision>
  <dcterms:created xsi:type="dcterms:W3CDTF">2025-11-24T12:31:00Z</dcterms:created>
  <dcterms:modified xsi:type="dcterms:W3CDTF">2025-11-24T12:33:00Z</dcterms:modified>
  <cp:category/>
</cp:coreProperties>
</file>